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9087D1" w14:textId="77777777" w:rsidR="00E101D9" w:rsidRPr="00C17899" w:rsidRDefault="00000000">
      <w:pPr>
        <w:pStyle w:val="1"/>
        <w:rPr>
          <w:lang w:val="pl-PL"/>
        </w:rPr>
      </w:pPr>
      <w:r w:rsidRPr="00C17899">
        <w:rPr>
          <w:lang w:val="pl-PL"/>
        </w:rPr>
        <w:t>Formularz odstąpienia od umowy</w:t>
      </w:r>
    </w:p>
    <w:p w14:paraId="34B71A5E" w14:textId="77777777" w:rsidR="00E101D9" w:rsidRPr="00C17899" w:rsidRDefault="00000000">
      <w:pPr>
        <w:rPr>
          <w:lang w:val="pl-PL"/>
        </w:rPr>
      </w:pPr>
      <w:r w:rsidRPr="00C17899">
        <w:rPr>
          <w:lang w:val="pl-PL"/>
        </w:rPr>
        <w:t>Adresat:</w:t>
      </w:r>
    </w:p>
    <w:p w14:paraId="6F7B5FE3" w14:textId="77777777" w:rsidR="00E101D9" w:rsidRPr="00C17899" w:rsidRDefault="00000000">
      <w:pPr>
        <w:rPr>
          <w:lang w:val="pl-PL"/>
        </w:rPr>
      </w:pPr>
      <w:proofErr w:type="spellStart"/>
      <w:r w:rsidRPr="00C17899">
        <w:rPr>
          <w:lang w:val="pl-PL"/>
        </w:rPr>
        <w:t>Vio</w:t>
      </w:r>
      <w:proofErr w:type="spellEnd"/>
      <w:r w:rsidRPr="00C17899">
        <w:rPr>
          <w:lang w:val="pl-PL"/>
        </w:rPr>
        <w:t xml:space="preserve"> </w:t>
      </w:r>
      <w:proofErr w:type="spellStart"/>
      <w:r w:rsidRPr="00C17899">
        <w:rPr>
          <w:lang w:val="pl-PL"/>
        </w:rPr>
        <w:t>Ideas</w:t>
      </w:r>
      <w:proofErr w:type="spellEnd"/>
      <w:r w:rsidRPr="00C17899">
        <w:rPr>
          <w:lang w:val="pl-PL"/>
        </w:rPr>
        <w:t xml:space="preserve"> sp. z o.o.</w:t>
      </w:r>
    </w:p>
    <w:p w14:paraId="6B1A7C33" w14:textId="77777777" w:rsidR="00E101D9" w:rsidRPr="00C17899" w:rsidRDefault="00000000">
      <w:pPr>
        <w:rPr>
          <w:lang w:val="pl-PL"/>
        </w:rPr>
      </w:pPr>
      <w:r w:rsidRPr="00C17899">
        <w:rPr>
          <w:lang w:val="pl-PL"/>
        </w:rPr>
        <w:t xml:space="preserve">ul. </w:t>
      </w:r>
      <w:proofErr w:type="spellStart"/>
      <w:r w:rsidRPr="00C17899">
        <w:rPr>
          <w:lang w:val="pl-PL"/>
        </w:rPr>
        <w:t>Ogródnicza</w:t>
      </w:r>
      <w:proofErr w:type="spellEnd"/>
      <w:r w:rsidRPr="00C17899">
        <w:rPr>
          <w:lang w:val="pl-PL"/>
        </w:rPr>
        <w:t xml:space="preserve"> 72</w:t>
      </w:r>
    </w:p>
    <w:p w14:paraId="721BB0BA" w14:textId="77777777" w:rsidR="00E101D9" w:rsidRPr="00C17899" w:rsidRDefault="00000000">
      <w:pPr>
        <w:rPr>
          <w:lang w:val="pl-PL"/>
        </w:rPr>
      </w:pPr>
      <w:r w:rsidRPr="00C17899">
        <w:rPr>
          <w:lang w:val="pl-PL"/>
        </w:rPr>
        <w:t>05-082 Stare Babice, Polska</w:t>
      </w:r>
    </w:p>
    <w:p w14:paraId="2B57C7AF" w14:textId="77777777" w:rsidR="00E101D9" w:rsidRPr="00C17899" w:rsidRDefault="00000000">
      <w:pPr>
        <w:rPr>
          <w:lang w:val="pl-PL"/>
        </w:rPr>
      </w:pPr>
      <w:r w:rsidRPr="00C17899">
        <w:rPr>
          <w:lang w:val="pl-PL"/>
        </w:rPr>
        <w:t>e-mail: biuro@vio-ideas.com</w:t>
      </w:r>
    </w:p>
    <w:p w14:paraId="61943EA4" w14:textId="77777777" w:rsidR="00E101D9" w:rsidRPr="00C17899" w:rsidRDefault="00E101D9">
      <w:pPr>
        <w:rPr>
          <w:lang w:val="pl-PL"/>
        </w:rPr>
      </w:pPr>
    </w:p>
    <w:p w14:paraId="0F341104" w14:textId="77777777" w:rsidR="00E101D9" w:rsidRPr="00C17899" w:rsidRDefault="00000000">
      <w:pPr>
        <w:rPr>
          <w:lang w:val="pl-PL"/>
        </w:rPr>
      </w:pPr>
      <w:r w:rsidRPr="00C17899">
        <w:rPr>
          <w:lang w:val="pl-PL"/>
        </w:rPr>
        <w:t>Ja/</w:t>
      </w:r>
      <w:proofErr w:type="gramStart"/>
      <w:r w:rsidRPr="00C17899">
        <w:rPr>
          <w:lang w:val="pl-PL"/>
        </w:rPr>
        <w:t>My(</w:t>
      </w:r>
      <w:proofErr w:type="gramEnd"/>
      <w:r w:rsidRPr="00C17899">
        <w:rPr>
          <w:lang w:val="pl-PL"/>
        </w:rPr>
        <w:t>*) niniejszym informuję/</w:t>
      </w:r>
      <w:proofErr w:type="gramStart"/>
      <w:r w:rsidRPr="00C17899">
        <w:rPr>
          <w:lang w:val="pl-PL"/>
        </w:rPr>
        <w:t>informujemy(</w:t>
      </w:r>
      <w:proofErr w:type="gramEnd"/>
      <w:r w:rsidRPr="00C17899">
        <w:rPr>
          <w:lang w:val="pl-PL"/>
        </w:rPr>
        <w:t>*) o moim/</w:t>
      </w:r>
      <w:proofErr w:type="gramStart"/>
      <w:r w:rsidRPr="00C17899">
        <w:rPr>
          <w:lang w:val="pl-PL"/>
        </w:rPr>
        <w:t>naszym(</w:t>
      </w:r>
      <w:proofErr w:type="gramEnd"/>
      <w:r w:rsidRPr="00C17899">
        <w:rPr>
          <w:lang w:val="pl-PL"/>
        </w:rPr>
        <w:t>*) odstąpieniu</w:t>
      </w:r>
    </w:p>
    <w:p w14:paraId="5B7D8E75" w14:textId="77777777" w:rsidR="00E101D9" w:rsidRPr="00C17899" w:rsidRDefault="00000000">
      <w:pPr>
        <w:rPr>
          <w:lang w:val="pl-PL"/>
        </w:rPr>
      </w:pPr>
      <w:r w:rsidRPr="00C17899">
        <w:rPr>
          <w:lang w:val="pl-PL"/>
        </w:rPr>
        <w:t xml:space="preserve">od umowy sprzedaży następujących </w:t>
      </w:r>
      <w:proofErr w:type="gramStart"/>
      <w:r w:rsidRPr="00C17899">
        <w:rPr>
          <w:lang w:val="pl-PL"/>
        </w:rPr>
        <w:t>towarów(</w:t>
      </w:r>
      <w:proofErr w:type="gramEnd"/>
      <w:r w:rsidRPr="00C17899">
        <w:rPr>
          <w:lang w:val="pl-PL"/>
        </w:rPr>
        <w:t>*):</w:t>
      </w:r>
    </w:p>
    <w:p w14:paraId="3F4EF31E" w14:textId="77777777" w:rsidR="00F31B87" w:rsidRPr="00C17899" w:rsidRDefault="00F31B87" w:rsidP="00F31B87">
      <w:pPr>
        <w:rPr>
          <w:lang w:val="pl-PL"/>
        </w:rPr>
      </w:pPr>
      <w:r>
        <w:rPr>
          <w:lang w:val="uk-UA"/>
        </w:rPr>
        <w:t>______________________________________________________________________________________________________________________</w:t>
      </w:r>
    </w:p>
    <w:p w14:paraId="55BA64E1" w14:textId="4A8539AA" w:rsidR="00E101D9" w:rsidRPr="00C17899" w:rsidRDefault="00F31B87">
      <w:pPr>
        <w:rPr>
          <w:lang w:val="pl-PL"/>
        </w:rPr>
      </w:pPr>
      <w:r>
        <w:rPr>
          <w:lang w:val="uk-UA"/>
        </w:rPr>
        <w:t>___________________________________________________________________________</w:t>
      </w:r>
      <w:r>
        <w:rPr>
          <w:lang w:val="uk-UA"/>
        </w:rPr>
        <w:t>___________________________________________</w:t>
      </w:r>
    </w:p>
    <w:p w14:paraId="6ABCFF0D" w14:textId="386ACCE3" w:rsidR="00E101D9" w:rsidRPr="00C17899" w:rsidRDefault="00000000">
      <w:pPr>
        <w:rPr>
          <w:lang w:val="pl-PL"/>
        </w:rPr>
      </w:pPr>
      <w:r w:rsidRPr="00C17899">
        <w:rPr>
          <w:lang w:val="pl-PL"/>
        </w:rPr>
        <w:t>Data zawarcia umowy(</w:t>
      </w:r>
      <w:proofErr w:type="gramStart"/>
      <w:r w:rsidRPr="00C17899">
        <w:rPr>
          <w:lang w:val="pl-PL"/>
        </w:rPr>
        <w:t>*)/odbioru(</w:t>
      </w:r>
      <w:proofErr w:type="gramEnd"/>
      <w:r w:rsidRPr="00C17899">
        <w:rPr>
          <w:lang w:val="pl-PL"/>
        </w:rPr>
        <w:t xml:space="preserve">*): </w:t>
      </w:r>
      <w:r w:rsidR="00F31B87">
        <w:rPr>
          <w:lang w:val="uk-UA"/>
        </w:rPr>
        <w:t>___________________________________________________________________________</w:t>
      </w:r>
    </w:p>
    <w:p w14:paraId="6F918477" w14:textId="77777777" w:rsidR="00E101D9" w:rsidRPr="00C17899" w:rsidRDefault="00E101D9">
      <w:pPr>
        <w:rPr>
          <w:lang w:val="pl-PL"/>
        </w:rPr>
      </w:pPr>
    </w:p>
    <w:p w14:paraId="098FDC83" w14:textId="278C978A" w:rsidR="00E101D9" w:rsidRPr="00F31B87" w:rsidRDefault="00000000" w:rsidP="00F31B87">
      <w:pPr>
        <w:rPr>
          <w:lang w:val="uk-UA"/>
        </w:rPr>
      </w:pPr>
      <w:r w:rsidRPr="00C17899">
        <w:rPr>
          <w:lang w:val="pl-PL"/>
        </w:rPr>
        <w:t xml:space="preserve">Imię i nazwisko konsumenta(-ów): </w:t>
      </w:r>
      <w:r w:rsidR="00F31B87">
        <w:rPr>
          <w:lang w:val="uk-UA"/>
        </w:rPr>
        <w:t>___________________________________________________________________________</w:t>
      </w:r>
    </w:p>
    <w:p w14:paraId="6F0B31DA" w14:textId="77777777" w:rsidR="00E101D9" w:rsidRPr="00C17899" w:rsidRDefault="00E101D9">
      <w:pPr>
        <w:rPr>
          <w:lang w:val="pl-PL"/>
        </w:rPr>
      </w:pPr>
    </w:p>
    <w:p w14:paraId="1B84751A" w14:textId="1BCA57D5" w:rsidR="00E101D9" w:rsidRPr="00C17899" w:rsidRDefault="00000000">
      <w:pPr>
        <w:rPr>
          <w:lang w:val="pl-PL"/>
        </w:rPr>
      </w:pPr>
      <w:r w:rsidRPr="00C17899">
        <w:rPr>
          <w:lang w:val="pl-PL"/>
        </w:rPr>
        <w:t xml:space="preserve">Adres konsumenta(-ów): </w:t>
      </w:r>
      <w:r w:rsidR="00F31B87">
        <w:rPr>
          <w:lang w:val="uk-UA"/>
        </w:rPr>
        <w:t>___________________________________________________</w:t>
      </w:r>
      <w:r w:rsidR="00F31B87">
        <w:rPr>
          <w:lang w:val="uk-UA"/>
        </w:rPr>
        <w:t>_____________</w:t>
      </w:r>
      <w:r w:rsidR="00F31B87">
        <w:rPr>
          <w:lang w:val="uk-UA"/>
        </w:rPr>
        <w:t>________________________</w:t>
      </w:r>
    </w:p>
    <w:p w14:paraId="52D18FC7" w14:textId="77777777" w:rsidR="00F31B87" w:rsidRPr="00C17899" w:rsidRDefault="00F31B87" w:rsidP="00F31B87">
      <w:pPr>
        <w:rPr>
          <w:lang w:val="pl-PL"/>
        </w:rPr>
      </w:pPr>
      <w:r>
        <w:rPr>
          <w:lang w:val="uk-UA"/>
        </w:rPr>
        <w:t>______________________________________________________________________________________________________________________</w:t>
      </w:r>
    </w:p>
    <w:p w14:paraId="1BBD0FA5" w14:textId="77777777" w:rsidR="00E101D9" w:rsidRPr="00C17899" w:rsidRDefault="00E101D9">
      <w:pPr>
        <w:rPr>
          <w:lang w:val="pl-PL"/>
        </w:rPr>
      </w:pPr>
    </w:p>
    <w:p w14:paraId="3F0DE690" w14:textId="77777777" w:rsidR="00E101D9" w:rsidRPr="00C17899" w:rsidRDefault="00000000">
      <w:pPr>
        <w:rPr>
          <w:lang w:val="pl-PL"/>
        </w:rPr>
      </w:pPr>
      <w:r w:rsidRPr="00C17899">
        <w:rPr>
          <w:lang w:val="pl-PL"/>
        </w:rPr>
        <w:t>Podpis konsumenta(-ów) (tylko jeżeli formularz jest przesyłany w wersji papierowej):</w:t>
      </w:r>
    </w:p>
    <w:p w14:paraId="4C85A2E1" w14:textId="77777777" w:rsidR="00F31B87" w:rsidRPr="00C17899" w:rsidRDefault="00F31B87" w:rsidP="00F31B87">
      <w:pPr>
        <w:rPr>
          <w:lang w:val="pl-PL"/>
        </w:rPr>
      </w:pPr>
      <w:r>
        <w:rPr>
          <w:lang w:val="uk-UA"/>
        </w:rPr>
        <w:t>______________________________________________________________________________________________________________________</w:t>
      </w:r>
    </w:p>
    <w:p w14:paraId="6FCBAAEB" w14:textId="77777777" w:rsidR="00E101D9" w:rsidRDefault="00E101D9"/>
    <w:p w14:paraId="7368E650" w14:textId="54F618E9" w:rsidR="00E101D9" w:rsidRPr="00F31B87" w:rsidRDefault="00000000">
      <w:pPr>
        <w:rPr>
          <w:lang w:val="uk-UA"/>
        </w:rPr>
      </w:pPr>
      <w:r>
        <w:t xml:space="preserve">Data: </w:t>
      </w:r>
      <w:r w:rsidR="00F31B87">
        <w:rPr>
          <w:lang w:val="uk-UA"/>
        </w:rPr>
        <w:t>________________________________________</w:t>
      </w:r>
    </w:p>
    <w:p w14:paraId="1A588F77" w14:textId="77777777" w:rsidR="00E101D9" w:rsidRDefault="00E101D9"/>
    <w:p w14:paraId="52847A35" w14:textId="77777777" w:rsidR="00E101D9" w:rsidRDefault="00000000">
      <w:r>
        <w:t>(*) Niepotrzebne skreślić.</w:t>
      </w:r>
    </w:p>
    <w:sectPr w:rsidR="00E101D9" w:rsidSect="00F31B87">
      <w:pgSz w:w="12240" w:h="15840"/>
      <w:pgMar w:top="709" w:right="1041" w:bottom="1440" w:left="9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21215451">
    <w:abstractNumId w:val="8"/>
  </w:num>
  <w:num w:numId="2" w16cid:durableId="696395953">
    <w:abstractNumId w:val="6"/>
  </w:num>
  <w:num w:numId="3" w16cid:durableId="895046288">
    <w:abstractNumId w:val="5"/>
  </w:num>
  <w:num w:numId="4" w16cid:durableId="1360428849">
    <w:abstractNumId w:val="4"/>
  </w:num>
  <w:num w:numId="5" w16cid:durableId="798838344">
    <w:abstractNumId w:val="7"/>
  </w:num>
  <w:num w:numId="6" w16cid:durableId="118035297">
    <w:abstractNumId w:val="3"/>
  </w:num>
  <w:num w:numId="7" w16cid:durableId="1050689269">
    <w:abstractNumId w:val="2"/>
  </w:num>
  <w:num w:numId="8" w16cid:durableId="1740905336">
    <w:abstractNumId w:val="1"/>
  </w:num>
  <w:num w:numId="9" w16cid:durableId="15331799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2F7CCB"/>
    <w:rsid w:val="00326F90"/>
    <w:rsid w:val="00AA1D8D"/>
    <w:rsid w:val="00B47730"/>
    <w:rsid w:val="00C17899"/>
    <w:rsid w:val="00CB0664"/>
    <w:rsid w:val="00E101D9"/>
    <w:rsid w:val="00F31B8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D24D17"/>
  <w14:defaultImageDpi w14:val="300"/>
  <w15:docId w15:val="{07464781-1D6E-42FC-9A3B-E392F0988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Yevhen Kabanov</cp:lastModifiedBy>
  <cp:revision>3</cp:revision>
  <dcterms:created xsi:type="dcterms:W3CDTF">2013-12-23T23:15:00Z</dcterms:created>
  <dcterms:modified xsi:type="dcterms:W3CDTF">2025-08-25T20:08:00Z</dcterms:modified>
  <cp:category/>
</cp:coreProperties>
</file>